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2026-08-06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2</w:t>
      </w:r>
    </w:p>
    <w:p/>
    <w:p>
      <w:pPr>
        <w:pStyle w:val="Heading2"/>
      </w:pPr>
      <w:r>
        <w:t>Portaria Previc Nº 568, DE 26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122</w:t>
      </w:r>
    </w:p>
    <w:p/>
    <w:p>
      <w:r>
        <w:t>Portaria Previc Nº 568, DE 26 DE julho DE 2026</w:t>
      </w:r>
    </w:p>
    <w:p>
      <w:r>
        <w:t>O DIRETOR DE LICENCIAMENTO, no uso das atribuições que lhe confere as alíneas "c" e "j" do inciso I do art. 66 da Portaria nº 861, de 9 de outubro de 2024 (Regimento Interno da Superintendência Nacional de Previdência Complementar - Previc), e considerando as manifestações técnicas exaradas no Processo nº 44011.012954/2024-97, resolve:</w:t>
      </w:r>
    </w:p>
    <w:p>
      <w:r>
        <w:t>Art. 1º Autorizar a retirada de patrocínio parcial da Tocantins Energética S.A., CNPJ nº 01.673.025/0001-19, do Plano de Benefícios Elétricas OP - CNPB nº 1998.0063-11 e CNPJ nº 48.307.019/0001-01, administrado pela ENERGISAPREV - Fundação Energisa de Previdência, CNPJ nº 06.056.449/0001-58.</w:t>
      </w:r>
    </w:p>
    <w:p>
      <w:r>
        <w:t>Art. 2º Aprovar a aplicação das alterações propostas ao regulamento do Plano de Benefícios Prosperisa (denominação anterior Plano Energisaprev Família), CNPB nº 2023.0012-18 e CNPJ nº 52.412.336/0001-65, administrado pela ENERGISAPREV - Fundação Energisa de Previdência, CNPJ nº 06.056.449/0001-58.</w:t>
      </w:r>
    </w:p>
    <w:p>
      <w:r>
        <w:t>Art. 3º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p>
      <w:pPr>
        <w:pStyle w:val="Heading2"/>
      </w:pPr>
      <w:r>
        <w:t>Portaria Previc Nº 571, DE 27 DE julho DE 2026</w:t>
      </w:r>
    </w:p>
    <w:p>
      <w:r>
        <w:t>Categoria: Ministério da Previdência Social/Superintendência Nacional de Previdência Complementar/Diretoria de Licenciamento</w:t>
      </w:r>
    </w:p>
    <w:p>
      <w:r>
        <w:t>Página: 122</w:t>
      </w:r>
    </w:p>
    <w:p/>
    <w:p>
      <w:r>
        <w:t>Portaria Previc Nº 571, DE 27 DE julho DE 2026</w:t>
      </w:r>
    </w:p>
    <w:p>
      <w:r>
        <w:t>O DIRETOR DE LICENCIAMENTO, no uso das atribuições que lhe confere as alíneas "c" e "j" do inciso I do art. 66 no Anexo I da Portaria Previc nº 861, de 09 de outubro de 2024 (Regimento Interno da Superintendência Nacional de Previdência Complementar - Previc), e considerando as manifestações técnicas exaradas no Processo nº 44011.012948/2024-30, resolve:</w:t>
      </w:r>
    </w:p>
    <w:p>
      <w:r>
        <w:t>Art. 1º Autorizar a retirada de patrocínio parcial da patrocinadora Tocantins Energética S.A., CNPJ nº 01.673.025/0001-19, do Plano de Benefícios R (CNPB nº 2006.0066-65, CNPJ nº 48.307.345/0001-19), administrado pela EnergisaPrev - Fundação Energisa de Previdência, CNPJ nº 06.056.449/0001-58.</w:t>
      </w:r>
    </w:p>
    <w:p>
      <w:r>
        <w:t>Art. 2º Aprovar a aplicação das alterações propostas ao regulamento do Plano de Benefícios Prosperisa (denominação anterior Plano EnergisaPrev Família), CNPB nº 2023.0012-18 e CNPJ nº 52.412.336/0001-65), administrado pela ENERGISAPREV - Fundação Energisa de Previdência, CNPJ nº 06.056.449/0001-58.</w:t>
      </w:r>
    </w:p>
    <w:p>
      <w:r>
        <w:t>Art. 3º Esta Portaria entra em vigor na data de sua publicação.</w:t>
      </w:r>
    </w:p>
    <w:p>
      <w:r>
        <w:t>GUILHERME CAPRIATA VACCARO CAMPELO BEZERRA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