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DOU Filtrado – 2026-08-13</w:t>
      </w:r>
    </w:p>
    <w:p>
      <w:r>
        <w:t>Filtros aplicados: Superintendência Nacional de Previdência Complementar, Superintendência de Seguros Privados, Conselho Nacional de Previdência Complementar, Banco Central do Brasil, Agência Nacional de Proteção de Dados</w:t>
      </w:r>
    </w:p>
    <w:p>
      <w:r>
        <w:t>Total de atos: 6</w:t>
      </w:r>
    </w:p>
    <w:p/>
    <w:p>
      <w:pPr>
        <w:pStyle w:val="Heading2"/>
      </w:pPr>
      <w:r>
        <w:t>PORTARIA CGAUT/SUSEP nº 131, de 11 de AGOSTO de 2026</w:t>
      </w:r>
    </w:p>
    <w:p>
      <w:r>
        <w:t>Categoria: Ministério da Fazenda/Superintendência de Seguros Privados/Diretoria de Organização de Mercado e Regulação de Conduta/Coordenação-Geral de Autorizações</w:t>
      </w:r>
    </w:p>
    <w:p>
      <w:r>
        <w:t>Página: 43</w:t>
      </w:r>
    </w:p>
    <w:p/>
    <w:p>
      <w:r>
        <w:t>PORTARIA CGAUT/SUSEP nº 131, de 11 de AGOSTO de 2026</w:t>
      </w:r>
    </w:p>
    <w:p>
      <w:r>
        <w:t>O COORDENADOR-GERAL DA COORDENAÇÃO-GERAL DE AUTORIZAÇÕES DA SUPERINTENDÊNCIA DE SEGUROS PRIVADOS - CGAUT, no uso da competência subdelegada pelo Superintendente da Susep, por meio da Portaria nº 8.186, de 21 de julho de 2023, tendo em vista o disposto no artigo I do artigo 36 do Decreto-Lei nº 73, de 21 de novembro de 1966, com base no inciso I do artigo 5º da Resolução CNSP nº 422, de 11 de novembro de 2021, e o que consta do processo Susep nº 15414.662464/2025-86, resolve:</w:t>
      </w:r>
    </w:p>
    <w:p>
      <w:r>
        <w:t>Art. 1º Ficam homologadas as seguintes deliberações tomadas pelos acionistas de ZENPLA SEGUROS S.A., CNPJ nº 58.303.877/0001-31, com sede na cidade de Fortaleza - CE, nas assembleias gerais extraordinárias realizadas 29 de setembro de 2025 e 6 de maio de 2026:</w:t>
      </w:r>
    </w:p>
    <w:p>
      <w:r>
        <w:t>I - aumento do capital social em R$ 60.000,00, elevando-o para R$ 2.120.000,00, dividido em 2.162.281 ações ordinárias, nominativas e sem valor nominal; e</w:t>
      </w:r>
    </w:p>
    <w:p>
      <w:r>
        <w:t>II - reforma do estatuto social.</w:t>
      </w:r>
    </w:p>
    <w:p>
      <w:r>
        <w:t>Art. 2º Esta portaria entra em vigor na data de sua publicação.</w:t>
      </w:r>
    </w:p>
    <w:p>
      <w:r>
        <w:t>MAUREL ALEXIS WEICHERT</w:t>
      </w:r>
    </w:p>
    <w:p>
      <w:r>
        <w:br w:type="page"/>
      </w:r>
    </w:p>
    <w:p>
      <w:pPr>
        <w:pStyle w:val="Heading2"/>
      </w:pPr>
      <w:r>
        <w:t>PORTARIA CGAUT/SUSEP nº 132, de 11 de AGOSTO de 2026</w:t>
      </w:r>
    </w:p>
    <w:p>
      <w:r>
        <w:t>Categoria: Ministério da Fazenda/Superintendência de Seguros Privados/Diretoria de Organização de Mercado e Regulação de Conduta/Coordenação-Geral de Autorizações</w:t>
      </w:r>
    </w:p>
    <w:p>
      <w:r>
        <w:t>Página: 44</w:t>
      </w:r>
    </w:p>
    <w:p/>
    <w:p>
      <w:r>
        <w:t>PORTARIA CGAUT/SUSEP nº 132, de 11 de AGOSTO de 2026</w:t>
      </w:r>
    </w:p>
    <w:p>
      <w:r>
        <w:t>O COORDENADOR-GERAL DA COORDENAÇÃO-GERAL DE AUTORIZAÇÕES DA SUPERINTENDÊNCIA DE SEGUROS PRIVADOS - CGAUT, no uso da competência delegada pelo Superintendente da Susep, por meio da Portaria nº 8.186, de 21 de julho de 2023, tendo em vista o disposto no inciso I do artigo 36 do Decreto-Lei nº 73, de 21 de novembro de 1966, com base no inciso V do artigo 5º da Resolução CNSP nº 422, de 11 de novembro de 2021, e o que consta do processo Susep nº 15414.619662/2026-19, resolve:</w:t>
      </w:r>
    </w:p>
    <w:p>
      <w:r>
        <w:t>Art. 1º Fica homologada a eleição de administradores de SWISS RE CORPORATE SOLUTIONS BRASIL SEGUROS S.A., CNPJ nº 72.145.931/0001-99, com sede na cidade de São Paulo - SP, conforme deliberado na assembleia geral ordinária realizada em 30 de março de 2026.</w:t>
      </w:r>
    </w:p>
    <w:p>
      <w:r>
        <w:t>Art. 2º Esta portaria entra em vigor na data de sua publicação.</w:t>
      </w:r>
    </w:p>
    <w:p>
      <w:r>
        <w:t>MAUREL ALEXIS WEICHERT</w:t>
      </w:r>
    </w:p>
    <w:p>
      <w:r>
        <w:br w:type="page"/>
      </w:r>
    </w:p>
    <w:p>
      <w:pPr>
        <w:pStyle w:val="Heading2"/>
      </w:pPr>
      <w:r>
        <w:t>PORTARIA CGAUT/SUSEP nº 133, de 11 de AGOSTO de 2026</w:t>
      </w:r>
    </w:p>
    <w:p>
      <w:r>
        <w:t>Categoria: Ministério da Fazenda/Superintendência de Seguros Privados/Diretoria de Organização de Mercado e Regulação de Conduta/Coordenação-Geral de Autorizações</w:t>
      </w:r>
    </w:p>
    <w:p>
      <w:r>
        <w:t>Página: 44</w:t>
      </w:r>
    </w:p>
    <w:p/>
    <w:p>
      <w:r>
        <w:t>PORTARIA CGAUT/SUSEP nº 133, de 11 de AGOSTO de 2026</w:t>
      </w:r>
    </w:p>
    <w:p>
      <w:r>
        <w:t>O COORDENADOR-GERAL DA COORDENAÇÃO-GERAL DE AUTORIZAÇÕES DA SUPERINTENDÊNCIA DE SEGUROS PRIVADOS - CGAUT, no uso da competência subdelegada pelo Superintendente da Susep, por meio da Portaria nº 8.186, de 21 de julho de 2023, tendo em vista o disposto no inciso I do artigo 36 do Decreto-Lei nº 73, de 21 de novembro de 1966, com base no artigo 4º da Resolução CNSP nº 453, de 19 de dezembro de 2022, combinado com o inciso I do artigo 5º da Resolução CNSP nº 422, de 11 de novembro de 2021, e o que consta do processo Susep nº 15414.615749/2026-17, resolve:</w:t>
      </w:r>
    </w:p>
    <w:p>
      <w:r>
        <w:t>Art. 1º Ficam homologadas as seguintes deliberações tomadas pelo acionista único de GALAPAGOS CAPITAL SOCIEDADE SEGURADORA DE PROPÓSITO ESPECÍFICO S.A., CNPJ nº 52.477.097/0001-21, com sede na cidade do São Paulo - SP, na assembleia geral extraordinária realizada em 27 de fevereiro de 2026:</w:t>
      </w:r>
    </w:p>
    <w:p>
      <w:r>
        <w:t>I - aumento do capital social em R$600.000,00, elevando-o para R$3.900.000,00, dividido em 3.981.395 ações ordinárias, nominativas e sem valor nominal; e</w:t>
      </w:r>
    </w:p>
    <w:p>
      <w:r>
        <w:t>II - reforma e consolidação do estatuto social.</w:t>
      </w:r>
    </w:p>
    <w:p>
      <w:r>
        <w:t>Art. 2º Esta portaria entra em vigor na data de sua publicação.</w:t>
      </w:r>
    </w:p>
    <w:p>
      <w:r>
        <w:t>MAUREL ALEXIS WEICHERT</w:t>
      </w:r>
    </w:p>
    <w:p>
      <w:r>
        <w:br w:type="page"/>
      </w:r>
    </w:p>
    <w:p>
      <w:pPr>
        <w:pStyle w:val="Heading2"/>
      </w:pPr>
      <w:r>
        <w:t>PORTARIA CGAUT/SUSEP nº 134, de 11 de AGOSTO de 2026</w:t>
      </w:r>
    </w:p>
    <w:p>
      <w:r>
        <w:t>Categoria: Ministério da Fazenda/Superintendência de Seguros Privados/Diretoria de Organização de Mercado e Regulação de Conduta/Coordenação-Geral de Autorizações</w:t>
      </w:r>
    </w:p>
    <w:p>
      <w:r>
        <w:t>Página: 44</w:t>
      </w:r>
    </w:p>
    <w:p/>
    <w:p>
      <w:r>
        <w:t>PORTARIA CGAUT/SUSEP nº 134, de 11 de AGOSTO de 2026</w:t>
      </w:r>
    </w:p>
    <w:p>
      <w:r>
        <w:t>O COORDENADOR-GERAL DA COORDENAÇÃO-GERAL DE AUTORIZAÇÕES DA SUPERINTENDÊNCIA DE SEGUROS PRIVADOS - CGAUT, no uso da competência delegada pelo Superintendente da Susep, por meio da Portaria nº 8.186, de 21 de julho de 2023, tendo em vista o disposto no inciso I do artigo 36 do Decreto-Lei nº 73, de 21 de novembro de 1966, com base no inciso V do artigo 5º da Resolução CNSP nº 422, de 11 de novembro de 2021, e o que consta do processo Susep nº 15414.622964/2026-66, resolve:</w:t>
      </w:r>
    </w:p>
    <w:p>
      <w:r>
        <w:t>Art. 1º Fica homologada a eleição de administrador da SEGURADORA ALM S.A., CNPJ n° 23.694.731/0001-80, localizada na cidade do Rio de Janeiro, Estado do Rio de Janeiro, na Avenida Nossa Senhora de Copacabana, 690, Sala 1201, Copacabana, CEP 22050-001, conforme deliberado na Assembleia Geral Ordinária em 30 de março de 2026.</w:t>
      </w:r>
    </w:p>
    <w:p>
      <w:r>
        <w:t>Art. 2º Esta portaria entra em vigor na data de sua publicação.</w:t>
      </w:r>
    </w:p>
    <w:p>
      <w:r>
        <w:t>MAUREL ALEXIS WEICHERT</w:t>
      </w:r>
    </w:p>
    <w:p>
      <w:r>
        <w:br w:type="page"/>
      </w:r>
    </w:p>
    <w:p>
      <w:pPr>
        <w:pStyle w:val="Heading2"/>
      </w:pPr>
      <w:r>
        <w:t>PORTARIA CGAUT/SUSEP nº 135,  de 11 de AGOSTO de 2026</w:t>
      </w:r>
    </w:p>
    <w:p>
      <w:r>
        <w:t>Categoria: Ministério da Fazenda/Superintendência de Seguros Privados/Diretoria de Organização de Mercado e Regulação de Conduta/Coordenação-Geral de Autorizações</w:t>
      </w:r>
    </w:p>
    <w:p>
      <w:r>
        <w:t>Página: 44</w:t>
      </w:r>
    </w:p>
    <w:p/>
    <w:p>
      <w:r>
        <w:t>PORTARIA CGAUT/SUSEP nº 135, de 11 de AGOSTO de 2026</w:t>
      </w:r>
    </w:p>
    <w:p>
      <w:r>
        <w:t>O COORDENADOR-GERAL DA COORDENAÇÃO-GERAL DE AUTORIZAÇÕES DA SUPERINTENDÊNCIA DE SEGUROS PRIVADOS - CGAUT, no uso da competência delegada pelo Superintendente da Susep, por meio da Portaria nº 8.186, de 21 de julho de 2023, tendo em vista o disposto no artigo I do artigo 36 do Decreto-Lei nº 73, de 21 de novembro de 1966, com base no inciso V do artigo 5º da Resolução CNSP nº 422, de 11 de novembro de 2021, e o que consta do processo Susep nº 15414.636131/2026-82, resolve:</w:t>
      </w:r>
    </w:p>
    <w:p>
      <w:r>
        <w:t>Art. 1º Fica homologada a eleição de membro do comitê de auditoria de AIG SEGUROS BRASIL S.A., CNPJ nº 33.040.981/0001-50, com sede na cidade de São Paulo - SP, conforme deliberado na assembleia geral extraordinária realizada 8 de junho de 2026.</w:t>
      </w:r>
    </w:p>
    <w:p>
      <w:r>
        <w:t>Art. 2º Esta portaria entra em vigor na data de sua publicação.</w:t>
      </w:r>
    </w:p>
    <w:p>
      <w:r>
        <w:t>MAUREL ALEXIS WEICHERT</w:t>
      </w:r>
    </w:p>
    <w:p>
      <w:r>
        <w:br w:type="page"/>
      </w:r>
    </w:p>
    <w:p>
      <w:pPr>
        <w:pStyle w:val="Heading2"/>
      </w:pPr>
      <w:r>
        <w:t>PORTARIA CGAUT/SUSEP nº 136,  de 12 de AGOSTO de 2026</w:t>
      </w:r>
    </w:p>
    <w:p>
      <w:r>
        <w:t>Categoria: Ministério da Fazenda/Superintendência de Seguros Privados/Diretoria de Organização de Mercado e Regulação de Conduta/Coordenação-Geral de Autorizações</w:t>
      </w:r>
    </w:p>
    <w:p>
      <w:r>
        <w:t>Página: 44</w:t>
      </w:r>
    </w:p>
    <w:p/>
    <w:p>
      <w:r>
        <w:t>PORTARIA CGAUT/SUSEP nº 136, de 12 de AGOSTO de 2026</w:t>
      </w:r>
    </w:p>
    <w:p>
      <w:r>
        <w:t>O COORDENADOR-GERAL DA COORDENAÇÃO-GERAL DE AUTORIZAÇÕES DA SUPERINTENDÊNCIA DE SEGUROS PRIVADOS - CGAUT, no uso da competência delegada pelo Superintendente da Susep, por meio da Portaria nº 8.186, de 21 de julho de 2023, tendo em vista o disposto no inciso I do artigo 36 do Decreto-Lei nº 73, de 21 de novembro de 1966, com base no inciso V do artigo 5º da Resolução CNSP nº 422, de 11 de novembro de 2021, e o que consta do processo Susep nº 15414.610866/2026-86, resolve:</w:t>
      </w:r>
    </w:p>
    <w:p>
      <w:r>
        <w:t>Art. 1º Fica homologada a eleição de administrador de ICATU CAPITALIZAÇÃO S.A., CNPJ nº 74.267.170/0001-73, com sede na cidade do Rio de Janeiro - RJ, conforme deliberado na assembleia geral extraordinária realizada em 02 de fevereiro de 2026.</w:t>
      </w:r>
    </w:p>
    <w:p>
      <w:r>
        <w:t>Art. 2º Esta portaria entra em vigor na data de sua publicação.</w:t>
      </w:r>
    </w:p>
    <w:p>
      <w:r>
        <w:t>MAUREL ALEXIS WEICHERT</w:t>
      </w:r>
    </w:p>
    <w:p>
      <w:r>
        <w:br w:type="page"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