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2026-08-17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10</w:t>
      </w:r>
    </w:p>
    <w:p/>
    <w:p>
      <w:pPr>
        <w:pStyle w:val="Heading2"/>
      </w:pPr>
      <w:r>
        <w:t>ATO Nº 1.387, DE 14 DE AGOSTO DE 2026</w:t>
      </w:r>
    </w:p>
    <w:p>
      <w:pPr>
        <w:pStyle w:val="ListBullet"/>
      </w:pPr>
      <w:r>
        <w:t>Ementa: Decreta a liquidação extrajudicial da Simpala Lançadora e Administradora de Consórcios Ltda.</w:t>
      </w:r>
    </w:p>
    <w:p>
      <w:r>
        <w:t>Categoria: Banco Central do Brasil/Gabinete do Presidente</w:t>
      </w:r>
    </w:p>
    <w:p>
      <w:r>
        <w:t>Página: 178</w:t>
      </w:r>
    </w:p>
    <w:p/>
    <w:p>
      <w:r>
        <w:t>ATO Nº 1.387, DE 14 DE AGOSTO DE 2026</w:t>
      </w:r>
    </w:p>
    <w:p>
      <w:r>
        <w:t>Decreta a liquidação extrajudicial da Simpala Lançadora e Administradora de Consórcios Ltda.</w:t>
      </w:r>
    </w:p>
    <w:p>
      <w:r>
        <w:t>O Presidente do Banco Central do Brasil, no uso das atribuições que lhe confere o art. 12, caput, inciso XI, alínea "a", do Regimento Interno do Banco Central do Brasil, anexo à Resolução BCB nº 340, de 21 de setembro de 2023, com fundamento nos arts. 15, caput, inciso I, alíneas "a", "b" e "c", e § 2º, e 16 da Lei nº 6.024, de 13 de março de 1974, combinados com o art. 39 da Lei nº 11.795, de 8 de outubro de 2008, em razão do grave comprometimento da situação econômico-financeira da instituição, das graves violações às normas legais que disciplinam a sua atividade e de prejuízos que sujeitam a risco anormal seus credores quirografários, conforme consta no PE 312931, resolve:</w:t>
      </w:r>
    </w:p>
    <w:p>
      <w:r>
        <w:t>Art. 1º Fica decretada a liquidação extrajudicial da Simpala Lançadora e Administradora de Consórcios Ltda., CNPJ 87.945.218/0001-05, com sede em Porto Alegre (RS).</w:t>
      </w:r>
    </w:p>
    <w:p>
      <w:r>
        <w:t>Art. 2º Fica nomeada liquidante, com amplos poderes de administração e liquidação, a empresa GSCH Serviços de Apoio Administrativo Ltda., CNPJ 66.123.420/0001-73, tendo como responsável técnico Gustavo Scholz, CPF ***.197.760-**.</w:t>
      </w:r>
    </w:p>
    <w:p>
      <w:r>
        <w:t>Art. 3º Fica estabelecido, como termo legal da liquidação extrajudicial, o dia 15 de junho de 2026.</w:t>
      </w:r>
    </w:p>
    <w:p>
      <w:r>
        <w:t>GABRIEL MURICCA GALÍPOLO</w:t>
      </w:r>
    </w:p>
    <w:p>
      <w:r>
        <w:br w:type="page"/>
      </w:r>
    </w:p>
    <w:p>
      <w:pPr>
        <w:pStyle w:val="Heading2"/>
      </w:pPr>
      <w:r>
        <w:t>ATO Nº 1.388, DE 14 DE AGOSTO DE 2026</w:t>
      </w:r>
    </w:p>
    <w:p>
      <w:pPr>
        <w:pStyle w:val="ListBullet"/>
      </w:pPr>
      <w:r>
        <w:t>Ementa: Decreta a liquidação extrajudicial da Simpala S.A. Crédito, Financiamento e Investimento.</w:t>
      </w:r>
    </w:p>
    <w:p>
      <w:r>
        <w:t>Categoria: Banco Central do Brasil/Gabinete do Presidente</w:t>
      </w:r>
    </w:p>
    <w:p>
      <w:r>
        <w:t>Página: 178</w:t>
      </w:r>
    </w:p>
    <w:p/>
    <w:p>
      <w:r>
        <w:t>ATO Nº 1.388, DE 14 DE AGOSTO DE 2026</w:t>
      </w:r>
    </w:p>
    <w:p>
      <w:r>
        <w:t>Decreta a liquidação extrajudicial da Simpala S.A. Crédito, Financiamento e Investimento.</w:t>
      </w:r>
    </w:p>
    <w:p>
      <w:r>
        <w:t>O Presidente do Banco Central do Brasil, no uso das atribuições que lhe confere o art. 12, caput, inciso XI, alínea "a", do Regimento Interno do Banco Central do Brasil, anexo à Resolução BCB nº 340, de 21 de setembro de 2023, com fundamento nos arts. 15, caput, inciso I, alíneas "a", "b" e "c", e § 2º, 16 e 51 da Lei nº 6.024, de 13 de março de 1974, considerando o vínculo de interesse, evidenciado pelo exercício do poder de controle e pela existência de administração comum com a Simpala Lançadora e Administradora de Consórcios Ltda., CNPJ 87.945.218/0001-05, conforme consta no PE 312931, resolve:</w:t>
      </w:r>
    </w:p>
    <w:p>
      <w:r>
        <w:t>Art. 1º Fica decretada a liquidação extrajudicial da Simpala S.A. Crédito, Financiamento e Investimento, CNPJ 34.991.938/0001-32, com sede em Porto Alegre (RS).</w:t>
      </w:r>
    </w:p>
    <w:p>
      <w:r>
        <w:t>Art. 2º Fica nomeada liquidante, com amplos poderes de administração e liquidação, a empresa GSCH Serviços de Apoio Administrativo Ltda., CNPJ 66.123.420/0001-73, tendo como responsável técnico Gustavo Scholz, CPF ***.197.760-**.</w:t>
      </w:r>
    </w:p>
    <w:p>
      <w:r>
        <w:t>Art. 3º Fica estabelecido, como termo legal da liquidação extrajudicial, o dia 15 de junho de 2026.</w:t>
      </w:r>
    </w:p>
    <w:p>
      <w:r>
        <w:t>GABRIEL MURICCA GALÍPOLO</w:t>
      </w:r>
    </w:p>
    <w:p>
      <w:r>
        <w:br w:type="page"/>
      </w:r>
    </w:p>
    <w:p>
      <w:pPr>
        <w:pStyle w:val="Heading2"/>
      </w:pPr>
      <w:r>
        <w:t>PORTARIA SGI/ANPD Nº 561, DE 14 DE AGOSTO DE 2026</w:t>
      </w:r>
    </w:p>
    <w:p>
      <w:pPr>
        <w:pStyle w:val="ListBullet"/>
      </w:pPr>
      <w:r>
        <w:t>Ementa: Altera a Portaria CP/CGGP/SGI/ANPD nº 467, de 13 de julho de 2026, que instituiu a Equipe de Planejamento da Contratação de empresa de prestação de serviços de organização e realização de Concurso Público.</w:t>
      </w:r>
    </w:p>
    <w:p>
      <w:r>
        <w:t>Categoria: Ministério da Justiça e Segurança Pública/Agência Nacional de Proteção de Dados</w:t>
      </w:r>
    </w:p>
    <w:p>
      <w:r>
        <w:t>Página: 65</w:t>
      </w:r>
    </w:p>
    <w:p/>
    <w:p>
      <w:r>
        <w:t>PORTARIA SGI/ANPD Nº 561, DE 14 DE AGOSTO DE 2026</w:t>
      </w:r>
    </w:p>
    <w:p>
      <w:r>
        <w:t>Altera a Portaria CP/CGGP/SGI/ANPD nº 467, de 13 de julho de 2026, que instituiu a Equipe de Planejamento da Contratação de empresa de prestação de serviços de organização e realização de Concurso Público.</w:t>
      </w:r>
    </w:p>
    <w:p>
      <w:r>
        <w:t>A SUPERINTENDENTE DE GESTÃO INTERNA DA AGÊNCIA NACIONAL DE PROTEÇÃO DE DADOS - ANPD, no uso das atribuições que lhe foram conferidas pelo Despacho Decisório CD/ANPD nº 68/2026, publicado em 20 de maio de 2026, e considerando o que determinam o art. 18 da Lei nº 14.133, de 1º de abril de 2021, o Decreto nº 11.246, de 27 de outubro de 2022, a Portaria MGI Nº 5.092, de 22 de junho de 2026, e o constante nos autos do processo nº 00261.000438/2026-64, resolve:</w:t>
      </w:r>
    </w:p>
    <w:p>
      <w:r>
        <w:t>Art. 1º Alterar o inciso IV do Art.2º da Portaria CP/CGGP/SGI/ANPD nº 467, de 13 de julho de 2026, que designou os servidores para a Equipe de Planejamento da Contratação de empesa de prestação de serviços de organização e realização de Concurso Público para a carreira efetiva de Especialista em Regulação de Proteção de Dados, nos termos da Lei nº 15.352, de 25 de fevereiro de 2026, conforme abaixo:</w:t>
      </w:r>
    </w:p>
    <w:p>
      <w:r>
        <w:t>...</w:t>
      </w:r>
    </w:p>
    <w:p>
      <w:r>
        <w:t>IV - Integrante Técnico Substituto: Daliani Torres Santana - matrícula: 1106363.</w:t>
      </w:r>
    </w:p>
    <w:p>
      <w:r>
        <w:t>Art. 2º Os demais incisos e artigos da Portaria CP/CGGP/SGI/ANPD nº 467, de 13 de julho de 2026, mantém-se inalterados.</w:t>
      </w:r>
    </w:p>
    <w:p>
      <w:r>
        <w:t>Art. 3º Esta Portaria entra em vigor na data de sua assinatura.</w:t>
      </w:r>
    </w:p>
    <w:p>
      <w:r>
        <w:t>FLAVIA DUARTE NASCIMENTO</w:t>
      </w:r>
    </w:p>
    <w:p>
      <w:r>
        <w:br w:type="page"/>
      </w:r>
    </w:p>
    <w:p>
      <w:pPr>
        <w:pStyle w:val="Heading2"/>
      </w:pPr>
      <w:r>
        <w:t>PORTARIA CGAUT/SUSEP nº 141,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141,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15414.625142/2026-37, resolve:</w:t>
      </w:r>
    </w:p>
    <w:p>
      <w:r>
        <w:t>Art. 1º Fica homologada a eleição de administrador de ZURICH SANTANDER BRASIL SEGUROS E PREVIDÊNCIA S.A., CNPJ nº 87.376.109/0001-06, com sede na cidade de São Paulo - SP, conforme deliberado na reunião do conselho de administração realizada em 8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142,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142,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15414.625131/2026-57, resolve:</w:t>
      </w:r>
    </w:p>
    <w:p>
      <w:r>
        <w:t>Art. 1º Fica homologada a eleição de administrador de ZURICH SANTANDER BRASIL SEGUROS S.A., CNPJ nº 06.136.920/0001-18, com sede na cidade de São Paulo - SP, conforme deliberado na reunião do conselho de administração realizada em 8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143,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143,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15414.625754/2026-20, resolve:</w:t>
      </w:r>
    </w:p>
    <w:p>
      <w:r>
        <w:t>Art. 1º Fica homologada a eleição de administrador de SUDASEG SEGURADORA DE DANOS E PESSOAS S.A., CNPJ nº 32.191.644/0001-09, com sede na cidade de Curitiba - PR, conforme deliberado na assembleia geral extraordinária realizada 30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144,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144,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combinado com o artigo 5º da Lei Complementar nº 126, de 15 de janeiro de 2007, com base no inciso V do artigo 5º da Resolução CNSP nº 422, de 11 de novembro de 2021, e o que consta do processo Susep nº 15414.624248/2026-13, resolve:</w:t>
      </w:r>
    </w:p>
    <w:p>
      <w:r>
        <w:t>Art. 1º Fica homologada a eleição de membros do conselho fiscal de IRB-BRASIL RESSEGUROS S.A., CNPJ nº 33.376.989/0001-91, com sede na cidade do Rio de Janeiro - RJ, conforme deliberado nas assembleias gerais ordinária e extraordinária realizadas cumulativamente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145,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145,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15414.628513/2026-32, resolve:</w:t>
      </w:r>
    </w:p>
    <w:p>
      <w:r>
        <w:t>Art. 1º Fica homologada a destituição e eleição de membros do comitê de auditoria de TOKIO MARINE SEGURADORA S.A., CNPJ nº 33.164.021/0001-00, com sede na cidade de São Paulo - SP, conforme deliberado na reunião do conselho de administração realizada em 30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146,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146, de 14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15414.622617/2026-33, resolve:</w:t>
      </w:r>
    </w:p>
    <w:p>
      <w:r>
        <w:t>Art. 1º Fica homologada a eleição de administrador de STARR INTERNATIONAL BRASIL SEGURADORA S.A., CNPJ nº 17.341.270/0001-69, com sede na cidade de São Paulo - SP, conforme deliberado na assembleia geral extraordinária realizada em 26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147, de 14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147, de 14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15414.620612/2026-76, resolve:</w:t>
      </w:r>
    </w:p>
    <w:p>
      <w:r>
        <w:t>Art. 1º Fica homologada a eleição de administradores de CHUBB RESSEGURADORA BRASIL S.A., CNPJ nº 10.808.462/0001-93, com sede na cidade de São Paulo - SP, conforme deliberado na assembleia geral 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