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2026-09-28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6</w:t>
      </w:r>
    </w:p>
    <w:p/>
    <w:p>
      <w:pPr>
        <w:pStyle w:val="Heading2"/>
      </w:pPr>
      <w:r>
        <w:t>PORTARIA CGAUT/SUSEP nº 185, de 25 De SETEMBRO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57</w:t>
      </w:r>
    </w:p>
    <w:p/>
    <w:p>
      <w:r>
        <w:t>PORTARIA CGAUT/SUSEP nº 185, de 25 De SETEMBRO de 2026</w:t>
      </w:r>
    </w:p>
    <w:p>
      <w:r>
        <w:t>O COORDENADOR-GERAL DA COORDENAÇÃO DE AUTORIZAÇÕES DA SUPERINTENDÊNCIA DE SEGUROS PRIVADOS - CGAUT, no uso da competência delegada pelo Superintendente da Susep, por meio da Portaria nº 8.186, de 21 de julho de 2023, tendo em vista o disposto no inciso I do artigo 36 do Decreto-Lei nº 73, de 21 de novembro de 1966, combinado com o parágrafo 2º do artigo 3º do Decreto-Lei nº 261, de 28 de fevereiro de 1967, com base no inciso V do ar go 5º da Resolução CNSP nº 422, de 11 de novembro de 2021, e o que consta do processo Susep nº 15414.623677/2026-73, resolve:</w:t>
      </w:r>
    </w:p>
    <w:p>
      <w:r>
        <w:t>Art 1º. Fica homologada a eleição de membros do conselho de administração e do conselho fiscal de BRASILCAP CAPITALIZAÇÃO S.A., CNPJ nº 15.138.043/0001-05, com sede na cidade do Rio de Janeiro - RJ, conforme deliberado na assembleia geral ordinária e extraordinária de 31 de março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186, de 25 De SETEMBRO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57</w:t>
      </w:r>
    </w:p>
    <w:p/>
    <w:p>
      <w:r>
        <w:t>PORTARIA CGAUT/SUSEP nº 186, de 25 De SETEMBRO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artigo I do artigo 36 do Decreto-Lei nº 73, de 21 de novembro de 1966, com base no parágrafo 1º do artigo 128 da Resolução CNSP nº 432, de 12 de novembro de 2021, combinado com o artigo 5º da Resolução CNSP nº 422, de 11 de novembro de 2021, e o que consta do processo Susep nº 15414.646279/2026-25, resolve:</w:t>
      </w:r>
    </w:p>
    <w:p>
      <w:r>
        <w:t>Art 1º. Fica homologada a eleição de membro do comitê de auditoria de CNP SEGUROS HOLDING BRASIL S.A., CNPJ nº 14.045.781/0001-45, com sede na cidade de Brasília - DF, conforme deliberado na assembleia geral extraordinária realizada em 30 de julho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187, de 25 De SETEMBRO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57</w:t>
      </w:r>
    </w:p>
    <w:p/>
    <w:p>
      <w:r>
        <w:t>PORTARIA CGAUT/SUSEP nº 187, de 25 De SETEMBRO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artigo I do artigo 36 do Decreto-Lei nº 73, de 21 de novembro de 1966, com base no inciso V do artigo 5º da Resolução CNSP nº 422, de 11 de novembro de 2021, e o que consta do processo Susep nº 15414.630372/2026-18, resolve:</w:t>
      </w:r>
    </w:p>
    <w:p>
      <w:r>
        <w:t>Art 1º. Fica homologada a eleição de membro do comitê de auditoria de XS3 SEGUROS S.A., CNPJ nº 38.155.802/0001-43, com sede na cidade de São Paulo - SP, conforme deliberado na reunião do conselho de administração realizada em 30 de abril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188, de 25 De SETEMBRO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57</w:t>
      </w:r>
    </w:p>
    <w:p/>
    <w:p>
      <w:r>
        <w:t>PORTARIA CGAUT/SUSEP nº 188, de 25 De SETEMBRO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na alínea 'a' do artigo 36 do Decreto-Lei nº 73, de 21 de novembro de1966, com base no inciso V do artigo 5º da Resolução CNSP nº 422, de 11 de novembro de 2021, e o que consta do processo Susep nº 15414.644627/2026-20. resolve:</w:t>
      </w:r>
    </w:p>
    <w:p>
      <w:r>
        <w:t>Art. 1º Homologar a eleição do administrador de Bradesco Capitalização S.A, inscrita no CNPJ sob o nº 33.010.851/0001-74 , com sede na cidade de São Paulo, SP, conforme deliberado na reunião do Conselho de Administração realizada em 29 de julho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189, de 25 De SETEMBRO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57</w:t>
      </w:r>
    </w:p>
    <w:p/>
    <w:p>
      <w:r>
        <w:t>PORTARIA CGAUT/SUSEP nº 189, de 25 De SETEMBRO de 2026</w:t>
      </w:r>
    </w:p>
    <w:p>
      <w:r>
        <w:t>O COORDENADOR-GERAL DA COORDENAÇÃO-GERAL DE AUTORIZAÇÕES DA SUPERINTENDÊNCIA DE SEGUROS PRIVADOS - CGAUT, no uso da competência subdelegada pelo Superintendente da Susep, por meio da Portaria nº 8.186, de 21 de julho de 2023, tendo em vista o disposto no inciso I do artigo 36 do Decreto-Lei nº 73, de 21 de novembro de 1966, com base no inciso I do artigo 5º da Resolução CNSP nº 422, de 11 de novembro de 2021, e o que consta do processo Susep nº 15414.630349/2026-23, resolve:</w:t>
      </w:r>
    </w:p>
    <w:p>
      <w:r>
        <w:t>Art 1º Homologar as seguintes deliberações tomadas pelo acionista único de NOW SEGUROS S.A., CNPJ nº 46.973.571/0001-03, com sede na cidade de São Paulo - SP, na assembleia geral extraordinária realizada em 30 de abril de 2026.</w:t>
      </w:r>
    </w:p>
    <w:p>
      <w:r>
        <w:t>I - aumento do capital social em R$ 1.000.000,00, elevando-o para R$ 8.024.140,43, representado por 11.190.139 ações ordinárias, nominativas e sem valor nominal; e</w:t>
      </w:r>
    </w:p>
    <w:p>
      <w:r>
        <w:t>II - reforma e consolidação do estatuto social.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190, de 25 De SETEMBRO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57</w:t>
      </w:r>
    </w:p>
    <w:p/>
    <w:p>
      <w:r>
        <w:t>PORTARIA CGAUT/SUSEP nº 190, de 25 De SETEMBRO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inciso I do artigo 36 do Decreto-Lei nº 73, de 21 de novembro de 1966, com base no inciso V do artigo 5º da Resolução CNSP nº 422, de 11 de novembro de 2021, e o que consta do processo Susep nº 15414.612771/2026-05, resolve:</w:t>
      </w:r>
    </w:p>
    <w:p>
      <w:r>
        <w:t>Art. 1º Fica homologada a eleição de administradores de EQ SEGUROS S/A, CNPJ nº 21.242.451/0001-05, com sede na cidade de Goiânia - GO, conforme deliberado na Assembleia Geral Extraordinária realizada em 06 de março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