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DOU Filtrado – 2026-10-14</w:t>
      </w:r>
    </w:p>
    <w:p>
      <w:r>
        <w:t>Filtros aplicados: Agência Nacional de Proteção de Dados, Banco Central do Brasil, Conselho Nacional de Previdência Complementar, Superintendência Nacional de Previdência Complementar, Superintendência de Seguros Privados</w:t>
      </w:r>
    </w:p>
    <w:p>
      <w:r>
        <w:t>Total de atos: 10</w:t>
      </w:r>
    </w:p>
    <w:p/>
    <w:p>
      <w:pPr>
        <w:pStyle w:val="Heading2"/>
      </w:pPr>
      <w:r>
        <w:t>PORTARIA CGAUT/SUSEP nº 225, de 13 De OUTUBRO de 2026</w:t>
      </w:r>
    </w:p>
    <w:p>
      <w:r>
        <w:t>Categoria: Ministério da Fazenda/Superintendência de Seguros Privados/Diretoria de Organização de Mercado e Regulação de Conduta/Coordenação-Geral de Autorizações</w:t>
      </w:r>
    </w:p>
    <w:p>
      <w:r>
        <w:t>Página: 44</w:t>
      </w:r>
    </w:p>
    <w:p/>
    <w:p>
      <w:r>
        <w:t>PORTARIA CGAUT/SUSEP nº 225, de 13 De OUTUBRO de 2026</w:t>
      </w:r>
    </w:p>
    <w:p>
      <w:r>
        <w:t>O COORDENADOR-GERAL DA COORDENAÇÃO-GERAL DE AUTORIZAÇÕES DA SUPERINTENDÊNCIA DE SEGUROS PRIVADOS - CGAUT, no uso da competência delegada pelo Superintendente da Susep, por meio da Portaria nº 8.186, de 21 de julho de 2023, tendo em vista o disposto no inciso I do artigo 36 do Decreto-Lei nº 73, de 21 de novembro de 1966, com base no inciso V do artigo 5º da Resolução CNSP nº 422, de 11 de novembro de 2021, e o que consta do processo Susep nº 15414.634807/2026-01, resolve:</w:t>
      </w:r>
    </w:p>
    <w:p>
      <w:r>
        <w:t>Art.1º Fica homologada a eleição de membro do comitê de auditoria de HDI SEGUROS S.A., CNPJ nº 29.980.158/0001-57, com sede na cidade de São Paulo - SP, conforme deliberado na reunião do conselho de administração realizada em 8 de junho de 2026.</w:t>
      </w:r>
    </w:p>
    <w:p>
      <w:r>
        <w:t>Art. 2º Esta portaria entra em vigor na data de sua publicação.</w:t>
      </w:r>
    </w:p>
    <w:p>
      <w:r>
        <w:t>MAUREL ALEXIS WEICHERT</w:t>
      </w:r>
    </w:p>
    <w:p>
      <w:r>
        <w:br w:type="page"/>
      </w:r>
    </w:p>
    <w:p>
      <w:pPr>
        <w:pStyle w:val="Heading2"/>
      </w:pPr>
      <w:r>
        <w:t>PORTARIA CGAUT/SUSEP nº 226, de 13 De OUTUBRO de 2026</w:t>
      </w:r>
    </w:p>
    <w:p>
      <w:r>
        <w:t>Categoria: Ministério da Fazenda/Superintendência de Seguros Privados/Diretoria de Organização de Mercado e Regulação de Conduta/Coordenação-Geral de Autorizações</w:t>
      </w:r>
    </w:p>
    <w:p>
      <w:r>
        <w:t>Página: 44</w:t>
      </w:r>
    </w:p>
    <w:p/>
    <w:p>
      <w:r>
        <w:t>PORTARIA CGAUT/SUSEP nº 226, de 13 De OUTUBRO de 2026</w:t>
      </w:r>
    </w:p>
    <w:p>
      <w:r>
        <w:t>O COORDENADOR-GERAL DA COORDENAÇÃO-GERAL DE AUTORIZAÇÕES DA SUPERINTENDÊNCIA DE SEGUROS PRIVADOS - CGAUT, no uso da competência subdelegada pelo Superintendente da Susep, por meio da Portaria nº 8.186, de 21 de julho de 2023, tendo em vista o disposto no artigo I do artigo 36 do Decreto-Lei nº 73, de 21 de novembro de 1966, com base no inciso I do artigo 5º da Resolução CNSP nº 422, de 11 de novembro de 2021, e o que consta do processo Susep nº 15414.646312/2026-17, resolve:</w:t>
      </w:r>
    </w:p>
    <w:p>
      <w:r>
        <w:t>Art.1º Ficam homologadas as seguintes deliberações tomadas pelo acionista único de KOVR SEGURADORA S.A., CNPJ nº 42.366.302/0001-28, com sede na cidade de São Paulo - SP, na assembleia geral extraordinária realizada em 5 de agosto de 2026:</w:t>
      </w:r>
    </w:p>
    <w:p>
      <w:r>
        <w:t>I - mudança da denominação social para KEV SEGUROS S.A.; e</w:t>
      </w:r>
    </w:p>
    <w:p>
      <w:r>
        <w:t>II - reforma e consolidação do estatuto social.</w:t>
      </w:r>
    </w:p>
    <w:p>
      <w:r>
        <w:t>Art. 2º Esta portaria entra em vigor na data de sua publicação.</w:t>
      </w:r>
    </w:p>
    <w:p>
      <w:r>
        <w:t>MAUREL ALEXIS WEICHERT</w:t>
      </w:r>
    </w:p>
    <w:p>
      <w:r>
        <w:br w:type="page"/>
      </w:r>
    </w:p>
    <w:p>
      <w:pPr>
        <w:pStyle w:val="Heading2"/>
      </w:pPr>
      <w:r>
        <w:t>PORTARIA CGAUT/SUSEP nº 227, de 13 De OUTUBRO de 2026</w:t>
      </w:r>
    </w:p>
    <w:p>
      <w:r>
        <w:t>Categoria: Ministério da Fazenda/Superintendência de Seguros Privados/Diretoria de Organização de Mercado e Regulação de Conduta/Coordenação-Geral de Autorizações</w:t>
      </w:r>
    </w:p>
    <w:p>
      <w:r>
        <w:t>Página: 44</w:t>
      </w:r>
    </w:p>
    <w:p/>
    <w:p>
      <w:r>
        <w:t>PORTARIA CGAUT/SUSEP nº 227, de 13 De OUTUBRO de 2026</w:t>
      </w:r>
    </w:p>
    <w:p>
      <w:r>
        <w:t>O COORDENADOR-GERAL DA COORDENAÇÃO-GERAL DE AUTORIZAÇÕES DA SUPERINTENDÊNCIA DE SEGUROS PRIVADOS - CGAUT, no uso da competência subdelegada pelo Superintendente da Susep, por meio da Portaria nº 8.186, de 21 de julho de 2023, tendo em vista o disposto no artigo I do artigo 36 do Decreto-Lei nº 73, de 21 de novembro de 1966, com base no inciso I do artigo 5º da Resolução CNSP nº 422, de 11 de novembro de 2021, e o que consta do processo Susep nº 15414.646330/2026-07, resolve:</w:t>
      </w:r>
    </w:p>
    <w:p>
      <w:r>
        <w:t>Art.1º Ficam homologadas as seguintes deliberações tomadas pelo acionista único de KOVR PREVIDÊNCIA S.A., CNPJ nº 17.479.056/0001-73, com sede na cidade de São Paulo - SP, na assembleia geral extraordinária realizada em 5 de agosto de 2026:</w:t>
      </w:r>
    </w:p>
    <w:p>
      <w:r>
        <w:t>I - mudança da denominação social para KEV PREVIDÊNCIA S.A.; e</w:t>
      </w:r>
    </w:p>
    <w:p>
      <w:r>
        <w:t>II - reforma e consolidação do estatuto social.</w:t>
      </w:r>
    </w:p>
    <w:p>
      <w:r>
        <w:t>Art. 2º Esta portaria entra em vigor na data de sua publicação.</w:t>
      </w:r>
    </w:p>
    <w:p>
      <w:r>
        <w:t>MAUREL ALEXIS WEICHERT</w:t>
      </w:r>
    </w:p>
    <w:p>
      <w:r>
        <w:br w:type="page"/>
      </w:r>
    </w:p>
    <w:p>
      <w:pPr>
        <w:pStyle w:val="Heading2"/>
      </w:pPr>
      <w:r>
        <w:t>PORTARIA CGAUT/SUSEP nº 228, de 13 De OUTUBRO de 2026</w:t>
      </w:r>
    </w:p>
    <w:p>
      <w:r>
        <w:t>Categoria: Ministério da Fazenda/Superintendência de Seguros Privados/Diretoria de Organização de Mercado e Regulação de Conduta/Coordenação-Geral de Autorizações</w:t>
      </w:r>
    </w:p>
    <w:p>
      <w:r>
        <w:t>Página: 44</w:t>
      </w:r>
    </w:p>
    <w:p/>
    <w:p>
      <w:r>
        <w:t>PORTARIA CGAUT/SUSEP nº 228, de 13 De OUTUBRO de 2026</w:t>
      </w:r>
    </w:p>
    <w:p>
      <w:r>
        <w:t>O COORDENADOR-GERAL DA COORDENAÇÃO-GERAL DE AUTORIZAÇÕES DA SUPERINTENDÊNCIA DE SEGUROS PRIVADOS - CGAUT, no uso da competência subdelegada pelo Superintendente da Susep, por meio da Portaria nº 8.186, de 21 de julho de 2023, tendo em vista o disposto no artigo I do artigo 36 do Decreto-Lei nº 73, de 21 de novembro de 1966, combinado com o parágrafo 2º do artigo 3º do Decreto-Lei nº 261, de 28 de fevereiro de 1967, com base no inciso I do artigo 5º da Resolução CNSP nº 422, de 11 de novembro de 2021, e o que consta do processo Susep nº 15414.646548/2026-53, resolve:</w:t>
      </w:r>
    </w:p>
    <w:p>
      <w:r>
        <w:t>Art.1º Ficam homologadas as seguintes deliberações tomadas pelo acionista único de KOVR CAPITALIZAÇÃO S.A., CNPJ nº 93.202.448/0001-79, com sede na cidade de São Paulo - SP, na assembleia geral extraordinária realizada em 5 de agosto de 2026:</w:t>
      </w:r>
    </w:p>
    <w:p>
      <w:r>
        <w:t>I - mudança da denominação social para KEV CAPITALIZAÇÃO S.A.; e</w:t>
      </w:r>
    </w:p>
    <w:p>
      <w:r>
        <w:t>II - reforma e consolidação do estatuto social.</w:t>
      </w:r>
    </w:p>
    <w:p>
      <w:r>
        <w:t>Art. 2º Esta portaria entra em vigor na data de sua publicação.</w:t>
      </w:r>
    </w:p>
    <w:p>
      <w:r>
        <w:t>MAUREL ALEXIS WEICHERT</w:t>
      </w:r>
    </w:p>
    <w:p>
      <w:r>
        <w:br w:type="page"/>
      </w:r>
    </w:p>
    <w:p>
      <w:pPr>
        <w:pStyle w:val="Heading2"/>
      </w:pPr>
      <w:r>
        <w:t>PORTARIA CGAUT/SUSEP nº 229, de 13 De OUTUBRO de 2026</w:t>
      </w:r>
    </w:p>
    <w:p>
      <w:r>
        <w:t>Categoria: Ministério da Fazenda/Superintendência de Seguros Privados/Diretoria de Organização de Mercado e Regulação de Conduta/Coordenação-Geral de Autorizações</w:t>
      </w:r>
    </w:p>
    <w:p>
      <w:r>
        <w:t>Página: 45</w:t>
      </w:r>
    </w:p>
    <w:p/>
    <w:p>
      <w:r>
        <w:t>PORTARIA CGAUT/SUSEP nº 229, de 13 De OUTUBRO de 2026</w:t>
      </w:r>
    </w:p>
    <w:p>
      <w:r>
        <w:t>O COORDENADOR-GERAL DA COORDENAÇÃO-GERAL DE AUTORIZAÇÕES DA SUPERINTENDÊNCIA DE SEGUROS PRIVADOS - CGAUT, no uso da competência delegada pelo Superintendente da Susep, por meio da Portaria nº 8.186, de 21 de julho de 2023, tendo em vista o disposto no artigo I do artigo 36 do Decreto-Lei nº 73, de 21 de novembro de 1966, com base no inciso V do artigo 5º da Resolução CNSP nº 422, de 11 de novembro de 2021, e o que consta do processo Susep nº 15414.646748/2026-14, resolve:</w:t>
      </w:r>
    </w:p>
    <w:p>
      <w:r>
        <w:t>Art.1º Fica homologada a eleição de administrador de AXA SEGUROS S.A., CNPJ nº 19.323.190/0001-06, com sede na cidade de São Paulo - SP, conforme deliberado na assembleia geral extraordinária realizada em 17 de julho de 2026.</w:t>
      </w:r>
    </w:p>
    <w:p>
      <w:r>
        <w:t>Art. 2º Esta portaria entra em vigor na data de sua publicação.</w:t>
      </w:r>
    </w:p>
    <w:p>
      <w:r>
        <w:t>MAUREL ALEXIS WEICHERT</w:t>
      </w:r>
    </w:p>
    <w:p>
      <w:r>
        <w:br w:type="page"/>
      </w:r>
    </w:p>
    <w:p>
      <w:pPr>
        <w:pStyle w:val="Heading2"/>
      </w:pPr>
      <w:r>
        <w:t>PORTARIA CGAUT/SUSEP nº 230, de 13 De OUTUBRO de 2026</w:t>
      </w:r>
    </w:p>
    <w:p>
      <w:r>
        <w:t>Categoria: Ministério da Fazenda/Superintendência de Seguros Privados/Diretoria de Organização de Mercado e Regulação de Conduta/Coordenação-Geral de Autorizações</w:t>
      </w:r>
    </w:p>
    <w:p>
      <w:r>
        <w:t>Página: 45</w:t>
      </w:r>
    </w:p>
    <w:p/>
    <w:p>
      <w:r>
        <w:t>PORTARIA CGAUT/SUSEP nº 230, de 13 De OUTUBRO de 2026</w:t>
      </w:r>
    </w:p>
    <w:p>
      <w:r>
        <w:t>O COORDENADOR-GERAL DA COORDENAÇÃO-GERAL DE AUTORIZAÇÕES DA SUPERINTENDÊNCIA DE SEGUROS PRIVADOS - CGAUT, no uso da competência delegada pelo Superintendente da Susep, por meio da Portaria nº 8.186, de 21 de julho de 2023, tendo em vista o disposto no artigo I do artigo 36 do Decreto-Lei nº 73, de 21 de novembro de 1966, combinado com o artigo 5º da Lei Complementar nº 126, de 15 de janeiro de 2007, com base no inciso V do artigo 5º da Resolução CNSP nº 422, de 11 de novembro de 2021, e o que consta do processo Susep nº 15414.650150/2026-11, resolve:</w:t>
      </w:r>
    </w:p>
    <w:p>
      <w:r>
        <w:t>Art.1º Fica homologada a destituição de administrador de IRB-BRASIL RESSEGUROS S.A., CNPJ nº 33.376.989/0001-91, com sede na cidade do Rio de Janeiro - RJ, conforme deliberado na reunião do conselho de administração realizada em 31 de julho de 2026.</w:t>
      </w:r>
    </w:p>
    <w:p>
      <w:r>
        <w:t>Art. 2º Esta portaria entra em vigor na data de sua publicação.</w:t>
      </w:r>
    </w:p>
    <w:p>
      <w:r>
        <w:t>MAUREL ALEXIS WEICHERT</w:t>
      </w:r>
    </w:p>
    <w:p>
      <w:r>
        <w:br w:type="page"/>
      </w:r>
    </w:p>
    <w:p>
      <w:pPr>
        <w:pStyle w:val="Heading2"/>
      </w:pPr>
      <w:r>
        <w:t>PORTARIA CGAUT/SUSEP nº 231, de 13 De OUTUBRO de 2026</w:t>
      </w:r>
    </w:p>
    <w:p>
      <w:r>
        <w:t>Categoria: Ministério da Fazenda/Superintendência de Seguros Privados/Diretoria de Organização de Mercado e Regulação de Conduta/Coordenação-Geral de Autorizações</w:t>
      </w:r>
    </w:p>
    <w:p>
      <w:r>
        <w:t>Página: 45</w:t>
      </w:r>
    </w:p>
    <w:p/>
    <w:p>
      <w:r>
        <w:t>PORTARIA CGAUT/SUSEP nº 231, de 13 De OUTUBRO de 2026</w:t>
      </w:r>
    </w:p>
    <w:p>
      <w:r>
        <w:t>O COORDENADOR-GERAL DA COORDENAÇÃO-GERAL DE AUTORIZAÇÕES DA SUPERINTENDÊNCIA DE SEGUROS PRIVADOS - CGAUT, no uso da competência subdelegada pelo Superintendente da Susep, por meio da Portaria nº 8.186, de 21 de julho de 2023, tendo em vista o disposto no inciso I do artigo 36 do Decreto-Lei nº 73, de 21 de novembro de 1966, com base no inciso I do artigo 5º da Resolução CNSP nº 422, de 11 de novembro de 2021, e o que consta do processo Susep nº 15414.620944/2026-51, resolve:</w:t>
      </w:r>
    </w:p>
    <w:p>
      <w:r>
        <w:t>Art.1º Ficam homologadas as seguintes deliberações tomadas pelos acionistas de SKY SEGURADORA S.A. - MICROSSEGURADORA, CNPJ nº 52.997.050/0001-99, com sede na cidade de Santo André - SP, nas assembleias gerais extraordinárias realizadas em 13 de abril de 2026, 19 de maio de 2026, 6 de julho de 2026 e 12 de agosto de 2026:</w:t>
      </w:r>
    </w:p>
    <w:p>
      <w:r>
        <w:t>I - aumento de capital social em R$4.182.717,93, elevando-o para R$8.182.717,93, dividido em 4.104.348 ações ordinárias, nominativas e sem valor nominal; e</w:t>
      </w:r>
    </w:p>
    <w:p>
      <w:r>
        <w:t>II - reforma e consolidação do estatuto social.</w:t>
      </w:r>
    </w:p>
    <w:p>
      <w:r>
        <w:t>Art. 2º Esta portaria entra em vigor na data de sua publicação.</w:t>
      </w:r>
    </w:p>
    <w:p>
      <w:r>
        <w:t>MAUREL ALEXIS WEICHERT</w:t>
      </w:r>
    </w:p>
    <w:p>
      <w:r>
        <w:br w:type="page"/>
      </w:r>
    </w:p>
    <w:p>
      <w:pPr>
        <w:pStyle w:val="Heading2"/>
      </w:pPr>
      <w:r>
        <w:t>PORTARIA CGAUT/SUSEP nº 232, de 13 De OUTUBRO de 2026</w:t>
      </w:r>
    </w:p>
    <w:p>
      <w:r>
        <w:t>Categoria: Ministério da Fazenda/Superintendência de Seguros Privados/Diretoria de Organização de Mercado e Regulação de Conduta/Coordenação-Geral de Autorizações</w:t>
      </w:r>
    </w:p>
    <w:p>
      <w:r>
        <w:t>Página: 45</w:t>
      </w:r>
    </w:p>
    <w:p/>
    <w:p>
      <w:r>
        <w:t>PORTARIA CGAUT/SUSEP nº 232, de 13 De OUTUBRO de 2026</w:t>
      </w:r>
    </w:p>
    <w:p>
      <w:r>
        <w:t>O COORDENADOR-GERAL DA COORDENAÇÃO-GERAL DE AUTORIZAÇÕES DA SUPERINTENDÊNCIA DE SEGUROS PRIVADOS - CGAUT, no uso da competência delegada pelo Superintendente da Susep, por meio da Portaria nº 8.186, de 21 de julho de 2023, tendo em vista o disposto no artigo I do artigo 36 do Decreto-Lei nº 73, de 21 de novembro de 1966, com base no inciso V do artigo 5º da Resolução CNSP nº 422, de 11 de novembro de 2021, e o que consta do processo Susep nº 15414.642145/2026-35, resolve:</w:t>
      </w:r>
    </w:p>
    <w:p>
      <w:r>
        <w:t>Art.1º Fica homologada a eleição de administrador de AIG SEGUROS BRASIL S.A., CNPJ nº 33.040.981/0001-50, com sede na cidade de São Paulo - SP, conforme deliberado na reunião do conselho de administração realizada 8 de julho de 2026.</w:t>
      </w:r>
    </w:p>
    <w:p>
      <w:r>
        <w:t>Art. 2º Esta portaria entra em vigor na data de sua publicação.</w:t>
      </w:r>
    </w:p>
    <w:p>
      <w:r>
        <w:t>MAUREL ALEXIS WEICHERT</w:t>
      </w:r>
    </w:p>
    <w:p>
      <w:r>
        <w:br w:type="page"/>
      </w:r>
    </w:p>
    <w:p>
      <w:pPr>
        <w:pStyle w:val="Heading2"/>
      </w:pPr>
      <w:r>
        <w:t>PORTARIA CGCCR/SUSEP nº 52, de 13 de OUTUBRO de 2026</w:t>
      </w:r>
    </w:p>
    <w:p>
      <w:r>
        <w:t>Categoria: Ministério da Fazenda/Superintendência de Seguros Privados/Diretoria de Organização de Mercado e Regulação de Conduta/Coordenação-Geral de Credenciamentos, Cadastros e Regimes Especiais</w:t>
      </w:r>
    </w:p>
    <w:p>
      <w:r>
        <w:t>Página: 45</w:t>
      </w:r>
    </w:p>
    <w:p/>
    <w:p>
      <w:r>
        <w:t>PORTARIA CGCCR/SUSEP nº 52, de 13 de OUTUBRO de 2026</w:t>
      </w:r>
    </w:p>
    <w:p>
      <w:r>
        <w:t>O COORDENADOR-GERAL DA COORDENAÇÃO-GERAL DE CREDENCIAMENTOS, CADASTROS E REGIMES ESPECIAIS DA SUPERINTENDÊNCIA DE SEGUROS PRIVADOS - SUSEP, no uso da competência delegada pelo Superintendente da Susep, por meio da Portaria Susep nº 8.186, de 21 de julho de 2023, c/c a RESOLUÇÃO CNSP N° 490, de 12 de março de 2026, Resolução SUSEP nº 82, de 26 de março de 2026 e tendo em vista o disposto no inciso III do art. 4º da Lei Complementar nº 126, de 15 de janeiro de 2007, no inciso II do art. 5º, no §2º do art. 26 e no §7º do art. 28, todos da Resolução CNSP nº 422, de 11 de novembro de 2021, e o que consta do processo Susep nº 15414.635868/2026-88, resolve:</w:t>
      </w:r>
    </w:p>
    <w:p>
      <w:r>
        <w:t>Art.1° Fica homologada a atualização cadastral anual de 2026 de REASEGURADORA PATRIA S.A., sociedade constituída e existente segundo as leis do México, cadastrada como resseguradora eventual, nos termos da Portaria Susep/Dir1 nº 3.200, de 20 de março de 2009.</w:t>
      </w:r>
    </w:p>
    <w:p>
      <w:r>
        <w:t>Art. 2º Fica ratificado que o Sr. Ronald Kaufmann exerce a função de procurador da Resseguradora.</w:t>
      </w:r>
    </w:p>
    <w:p>
      <w:r>
        <w:t>Art. 3º Esta portaria entra em vigor na data de sua publicação.</w:t>
      </w:r>
    </w:p>
    <w:p>
      <w:r>
        <w:t>JONAS DOS SANTOS SOUSA</w:t>
      </w:r>
    </w:p>
    <w:p>
      <w:r>
        <w:br w:type="page"/>
      </w:r>
    </w:p>
    <w:p>
      <w:pPr>
        <w:pStyle w:val="Heading2"/>
      </w:pPr>
      <w:r>
        <w:t>Portaria Previc Nº 790, DE 6 DE outubro DE 2026</w:t>
      </w:r>
    </w:p>
    <w:p>
      <w:r>
        <w:t>Categoria: Ministério da Previdência Social/Superintendência Nacional de Previdência Complementar/Diretoria de Licenciamento</w:t>
      </w:r>
    </w:p>
    <w:p>
      <w:r>
        <w:t>Página: 63</w:t>
      </w:r>
    </w:p>
    <w:p/>
    <w:p>
      <w:r>
        <w:t>Portaria Previc Nº 790, DE 6 DE outubro DE 2026</w:t>
      </w:r>
    </w:p>
    <w:p>
      <w:r>
        <w:t>O DIRETOR DE LICENCIAMENTO, no uso das atribuições que lhe confere a alínea "d" do inciso I do art. 16 do Decreto nº 11.241, de 18 de outubro de 2022, e considerando as manifestações técnicas exaradas no Processo nº 44011.007474/2026-76, resolve:</w:t>
      </w:r>
    </w:p>
    <w:p>
      <w:r>
        <w:t>Art. 1º Aprovar o termo aditivo ao convênio de adesão celebrado entre a Fundação Universidade do Oeste de Santa Catarina - FUNOESC, CNPJ nº 84.592.369/0001-20, na condição de patrocinadora do Plano de Benefícios UNOESC PREV, CNPB nº 1999.0037-56, e a BB PREVIDÊNCIA - FUNDO DE PENSÃO BANCO DO BRASIL, CNPJ nº 00.544.659/0001-09, na condição de entidade fechada de previdência complementar responsável pela administração do referido plano.</w:t>
      </w:r>
    </w:p>
    <w:p>
      <w:r>
        <w:t>Art. 2º Esta Portaria entra em vigor na data de sua publicação.</w:t>
      </w:r>
    </w:p>
    <w:p>
      <w:r>
        <w:t>Guilherme Capriata Vaccaro Campelo Bezerra</w:t>
      </w:r>
    </w:p>
    <w:p>
      <w:r>
        <w:br w:type="page"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